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60" w:lineRule="auto"/>
        <w:jc w:val="center"/>
      </w:pPr>
      <w:r>
        <w:rPr>
          <w:rFonts w:ascii="黑体" w:hAnsi="黑体" w:eastAsia="黑体"/>
          <w:b/>
          <w:sz w:val="28"/>
        </w:rPr>
        <w:t>江苏开放大学（江苏城市职业学院）</w:t>
      </w:r>
    </w:p>
    <w:p>
      <w:pPr>
        <w:spacing w:after="280" w:before="0" w:line="360" w:lineRule="auto"/>
        <w:jc w:val="center"/>
      </w:pPr>
      <w:r>
        <w:rPr>
          <w:rFonts w:ascii="黑体" w:hAnsi="黑体" w:eastAsia="黑体"/>
          <w:b/>
          <w:sz w:val="36"/>
        </w:rPr>
        <w:t>科研课题申报书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432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/>
                <w:sz w:val="24"/>
              </w:rPr>
              <w:t>课题名称：</w:t>
            </w:r>
          </w:p>
        </w:tc>
        <w:tc>
          <w:tcPr>
            <w:tcW w:type="dxa" w:w="432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4"/>
              </w:rPr>
            </w:r>
          </w:p>
        </w:tc>
      </w:tr>
      <w:tr>
        <w:tc>
          <w:tcPr>
            <w:tcW w:type="dxa" w:w="432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/>
                <w:sz w:val="24"/>
              </w:rPr>
              <w:t>课题类别：</w:t>
            </w:r>
          </w:p>
        </w:tc>
        <w:tc>
          <w:tcPr>
            <w:tcW w:type="dxa" w:w="432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4"/>
              </w:rPr>
            </w:r>
          </w:p>
        </w:tc>
      </w:tr>
      <w:tr>
        <w:tc>
          <w:tcPr>
            <w:tcW w:type="dxa" w:w="432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/>
                <w:sz w:val="24"/>
              </w:rPr>
              <w:t>课题负责人：</w:t>
            </w:r>
          </w:p>
        </w:tc>
        <w:tc>
          <w:tcPr>
            <w:tcW w:type="dxa" w:w="432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4"/>
              </w:rPr>
            </w:r>
          </w:p>
        </w:tc>
      </w:tr>
      <w:tr>
        <w:tc>
          <w:tcPr>
            <w:tcW w:type="dxa" w:w="432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/>
                <w:sz w:val="24"/>
              </w:rPr>
              <w:t>所在部门：</w:t>
            </w:r>
          </w:p>
        </w:tc>
        <w:tc>
          <w:tcPr>
            <w:tcW w:type="dxa" w:w="432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4"/>
              </w:rPr>
            </w:r>
          </w:p>
        </w:tc>
      </w:tr>
      <w:tr>
        <w:tc>
          <w:tcPr>
            <w:tcW w:type="dxa" w:w="432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/>
                <w:sz w:val="24"/>
              </w:rPr>
              <w:t>填报日期：</w:t>
            </w:r>
          </w:p>
        </w:tc>
        <w:tc>
          <w:tcPr>
            <w:tcW w:type="dxa" w:w="432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4"/>
              </w:rPr>
            </w:r>
          </w:p>
        </w:tc>
      </w:tr>
    </w:tbl>
    <w:p>
      <w:pPr>
        <w:spacing w:after="80" w:before="0" w:line="360" w:lineRule="auto"/>
      </w:pPr>
    </w:p>
    <w:p>
      <w:pPr>
        <w:spacing w:after="0" w:before="0" w:line="360" w:lineRule="auto"/>
        <w:jc w:val="right"/>
      </w:pPr>
      <w:r>
        <w:rPr>
          <w:rFonts w:ascii="宋体" w:hAnsi="宋体" w:eastAsia="宋体"/>
          <w:b w:val="0"/>
          <w:sz w:val="20"/>
        </w:rPr>
        <w:t>科研处 制</w:t>
      </w:r>
    </w:p>
    <w:p>
      <w:pPr>
        <w:spacing w:after="200" w:before="0" w:line="360" w:lineRule="auto"/>
        <w:jc w:val="right"/>
      </w:pPr>
      <w:r>
        <w:rPr>
          <w:rFonts w:ascii="宋体" w:hAnsi="宋体" w:eastAsia="宋体"/>
          <w:b w:val="0"/>
          <w:sz w:val="20"/>
        </w:rPr>
        <w:t>2026年7月</w:t>
      </w:r>
    </w:p>
    <w:p>
      <w:pPr>
        <w:spacing w:before="200" w:after="120" w:line="336" w:lineRule="auto"/>
      </w:pPr>
      <w:r>
        <w:rPr>
          <w:rFonts w:ascii="黑体" w:hAnsi="黑体" w:eastAsia="黑体"/>
          <w:b/>
          <w:sz w:val="26"/>
        </w:rPr>
        <w:t>课题承诺书</w:t>
      </w:r>
    </w:p>
    <w:p>
      <w:pPr>
        <w:spacing w:after="80" w:before="0" w:line="360" w:lineRule="auto"/>
        <w:ind w:firstLine="440"/>
      </w:pPr>
      <w:r>
        <w:rPr>
          <w:rFonts w:ascii="宋体" w:hAnsi="宋体" w:eastAsia="宋体"/>
          <w:b w:val="0"/>
          <w:sz w:val="22"/>
        </w:rPr>
        <w:t>1. 本申报书填写的各项内容真实、准确，没有知识产权争议。</w:t>
      </w:r>
    </w:p>
    <w:p>
      <w:pPr>
        <w:spacing w:after="80" w:before="0" w:line="360" w:lineRule="auto"/>
        <w:ind w:firstLine="440"/>
      </w:pPr>
      <w:r>
        <w:rPr>
          <w:rFonts w:ascii="宋体" w:hAnsi="宋体" w:eastAsia="宋体"/>
          <w:b w:val="0"/>
          <w:sz w:val="22"/>
        </w:rPr>
        <w:t>2. 如课题获准立项，本人将严格按照《江苏开放大学（江苏城市职业学院）校级科研项目管理办法》的规定，以课题任务书作为协议，认真履行课题负责人职责，积极组织开展研究工作，并按填报的研究内容、时间和经费如期完成研究任务。</w:t>
      </w:r>
    </w:p>
    <w:p>
      <w:pPr>
        <w:spacing w:after="80" w:before="0" w:line="360" w:lineRule="auto"/>
        <w:ind w:firstLine="440"/>
      </w:pPr>
      <w:r>
        <w:rPr>
          <w:rFonts w:ascii="宋体" w:hAnsi="宋体" w:eastAsia="宋体"/>
          <w:b w:val="0"/>
          <w:sz w:val="22"/>
        </w:rPr>
        <w:t>3. 遵守学校有关课题管理规定，自觉接受课题检查与监督管理。</w:t>
      </w:r>
    </w:p>
    <w:p>
      <w:pPr>
        <w:spacing w:after="80" w:before="0" w:line="360" w:lineRule="auto"/>
        <w:ind w:firstLine="440"/>
      </w:pPr>
      <w:r>
        <w:rPr>
          <w:rFonts w:ascii="宋体" w:hAnsi="宋体" w:eastAsia="宋体"/>
          <w:b w:val="0"/>
          <w:sz w:val="22"/>
        </w:rPr>
        <w:t>4. 同意在课题结项时将本课题研究与调查原始数据、资料等提交学校资源建设中心，并由学校资源建设中心在成果介绍和推广时无偿使用。</w:t>
      </w:r>
    </w:p>
    <w:p>
      <w:pPr>
        <w:spacing w:after="240" w:before="120" w:line="360" w:lineRule="auto"/>
        <w:jc w:val="right"/>
      </w:pPr>
      <w:r>
        <w:rPr>
          <w:rFonts w:ascii="宋体" w:hAnsi="宋体" w:eastAsia="宋体"/>
          <w:b w:val="0"/>
          <w:sz w:val="22"/>
        </w:rPr>
        <w:t>申请者（签章）：　　　　　　　　　　年　　月　　日</w:t>
      </w:r>
    </w:p>
    <w:p>
      <w:pPr>
        <w:spacing w:before="200" w:after="120" w:line="336" w:lineRule="auto"/>
      </w:pPr>
      <w:r>
        <w:rPr>
          <w:rFonts w:ascii="黑体" w:hAnsi="黑体" w:eastAsia="黑体"/>
          <w:b/>
          <w:sz w:val="26"/>
        </w:rPr>
        <w:t>填 报 说 明</w:t>
      </w:r>
    </w:p>
    <w:p>
      <w:pPr>
        <w:spacing w:after="80" w:before="0" w:line="360" w:lineRule="auto"/>
        <w:ind w:firstLine="440"/>
      </w:pPr>
      <w:r>
        <w:rPr>
          <w:rFonts w:ascii="宋体" w:hAnsi="宋体" w:eastAsia="宋体"/>
          <w:b w:val="0"/>
          <w:sz w:val="22"/>
        </w:rPr>
        <w:t>1. 各项内容须认真填写，实事求是，表达要明确、严谨。各项栏目不能空缺，无此项内容时填“/”或“无”。封面上的各项信息须与课题基本信息一致。</w:t>
      </w:r>
    </w:p>
    <w:p>
      <w:pPr>
        <w:spacing w:after="80" w:before="0" w:line="360" w:lineRule="auto"/>
        <w:ind w:firstLine="440"/>
      </w:pPr>
      <w:r>
        <w:rPr>
          <w:rFonts w:ascii="宋体" w:hAnsi="宋体" w:eastAsia="宋体"/>
          <w:b w:val="0"/>
          <w:sz w:val="22"/>
        </w:rPr>
        <w:t>2. 《申报评审书》一式3份，《申报活页》一式3份，A4纸双面打印，左侧装订。</w:t>
      </w:r>
    </w:p>
    <w:p>
      <w:pPr>
        <w:spacing w:before="200" w:after="120" w:line="336" w:lineRule="auto"/>
      </w:pPr>
      <w:r>
        <w:rPr>
          <w:rFonts w:ascii="黑体" w:hAnsi="黑体" w:eastAsia="黑体"/>
          <w:b/>
          <w:sz w:val="26"/>
        </w:rPr>
        <w:t>一、课题基本信息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/>
                <w:sz w:val="21"/>
              </w:rPr>
              <w:t>课题名称</w:t>
            </w:r>
          </w:p>
        </w:tc>
        <w:tc>
          <w:tcPr>
            <w:tcW w:type="dxa" w:w="6480"/>
            <w:gridSpan w:val="3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</w:tr>
      <w:tr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/>
                <w:sz w:val="21"/>
              </w:rPr>
              <w:t>关键词</w:t>
            </w:r>
          </w:p>
        </w:tc>
        <w:tc>
          <w:tcPr>
            <w:tcW w:type="dxa" w:w="6480"/>
            <w:gridSpan w:val="3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</w:tr>
      <w:tr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/>
                <w:sz w:val="21"/>
              </w:rPr>
              <w:t>申请类别</w:t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  <w:t>AI赋能数字资源建设专项</w:t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  <w:t>（  ）重点课题</w:t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  <w:t>（  ）一般课题</w:t>
            </w:r>
          </w:p>
        </w:tc>
      </w:tr>
      <w:tr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/>
                <w:sz w:val="21"/>
              </w:rPr>
              <w:t>申请金额</w:t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  <w:t xml:space="preserve">        万元</w:t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/>
                <w:sz w:val="21"/>
              </w:rPr>
              <w:t>预期成果形式</w:t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</w:tr>
      <w:tr>
        <w:tc>
          <w:tcPr>
            <w:tcW w:type="dxa" w:w="8640"/>
            <w:gridSpan w:val="4"/>
          </w:tcPr>
          <w:p>
            <w:pPr>
              <w:spacing w:after="40" w:before="40"/>
              <w:jc w:val="center"/>
            </w:pPr>
            <w:r/>
            <w:r>
              <w:rPr>
                <w:rFonts w:ascii="宋体" w:hAnsi="宋体" w:eastAsia="宋体"/>
                <w:b/>
                <w:sz w:val="21"/>
              </w:rPr>
              <w:t>课题组主要成员（含负责人，不超过4人）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pPr>
              <w:spacing w:after="40" w:before="40"/>
              <w:jc w:val="center"/>
            </w:pPr>
            <w:r/>
            <w:r>
              <w:rPr>
                <w:rFonts w:ascii="宋体" w:hAnsi="宋体" w:eastAsia="宋体"/>
                <w:b/>
                <w:sz w:val="21"/>
              </w:rPr>
              <w:t>姓名</w:t>
            </w:r>
          </w:p>
        </w:tc>
        <w:tc>
          <w:tcPr>
            <w:tcW w:type="dxa" w:w="2160"/>
          </w:tcPr>
          <w:p>
            <w:pPr>
              <w:spacing w:after="40" w:before="40"/>
              <w:jc w:val="center"/>
            </w:pPr>
            <w:r/>
            <w:r>
              <w:rPr>
                <w:rFonts w:ascii="宋体" w:hAnsi="宋体" w:eastAsia="宋体"/>
                <w:b/>
                <w:sz w:val="21"/>
              </w:rPr>
              <w:t>职称</w:t>
            </w:r>
          </w:p>
        </w:tc>
        <w:tc>
          <w:tcPr>
            <w:tcW w:type="dxa" w:w="2160"/>
          </w:tcPr>
          <w:p>
            <w:pPr>
              <w:spacing w:after="40" w:before="40"/>
              <w:jc w:val="center"/>
            </w:pPr>
            <w:r/>
            <w:r>
              <w:rPr>
                <w:rFonts w:ascii="宋体" w:hAnsi="宋体" w:eastAsia="宋体"/>
                <w:b/>
                <w:sz w:val="21"/>
              </w:rPr>
              <w:t>工作单位</w:t>
            </w:r>
          </w:p>
        </w:tc>
        <w:tc>
          <w:tcPr>
            <w:tcW w:type="dxa" w:w="2160"/>
          </w:tcPr>
          <w:p>
            <w:pPr>
              <w:spacing w:after="40" w:before="40"/>
              <w:jc w:val="center"/>
            </w:pPr>
            <w:r/>
            <w:r>
              <w:rPr>
                <w:rFonts w:ascii="宋体" w:hAnsi="宋体" w:eastAsia="宋体"/>
                <w:b/>
                <w:sz w:val="21"/>
              </w:rPr>
              <w:t>研究专长 / 主要分工</w:t>
            </w:r>
          </w:p>
        </w:tc>
      </w:tr>
      <w:tr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</w:tr>
      <w:tr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</w:tr>
      <w:tr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</w:tr>
      <w:tr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</w:tr>
    </w:tbl>
    <w:p>
      <w:pPr>
        <w:spacing w:after="60" w:before="0" w:line="360" w:lineRule="auto"/>
      </w:pPr>
    </w:p>
    <w:p>
      <w:pPr>
        <w:spacing w:after="60" w:before="0" w:line="360" w:lineRule="auto"/>
      </w:pPr>
      <w:r>
        <w:rPr>
          <w:rFonts w:ascii="宋体" w:hAnsi="宋体" w:eastAsia="宋体"/>
          <w:b/>
          <w:sz w:val="22"/>
        </w:rPr>
        <w:t>申请人三年来主要研究成果及承担课题情况：</w:t>
      </w:r>
    </w:p>
    <w:p>
      <w:pPr>
        <w:spacing w:after="200" w:before="0" w:line="360" w:lineRule="auto"/>
      </w:pPr>
      <w:r>
        <w:rPr>
          <w:rFonts w:ascii="宋体" w:hAnsi="宋体" w:eastAsia="宋体"/>
          <w:b w:val="0"/>
          <w:sz w:val="22"/>
        </w:rPr>
        <w:t>（可另附页）</w:t>
      </w:r>
    </w:p>
    <w:p>
      <w:pPr>
        <w:spacing w:before="200" w:after="120" w:line="336" w:lineRule="auto"/>
      </w:pPr>
      <w:r>
        <w:rPr>
          <w:rFonts w:ascii="黑体" w:hAnsi="黑体" w:eastAsia="黑体"/>
          <w:b/>
          <w:sz w:val="26"/>
        </w:rPr>
        <w:t>二、课题论证</w:t>
      </w:r>
    </w:p>
    <w:p>
      <w:pPr>
        <w:spacing w:after="40" w:before="0" w:line="360" w:lineRule="auto"/>
      </w:pPr>
      <w:r>
        <w:rPr>
          <w:rFonts w:ascii="宋体" w:hAnsi="宋体" w:eastAsia="宋体"/>
          <w:b/>
          <w:sz w:val="22"/>
        </w:rPr>
        <w:t>（一）本课题研究所涉及的研究背景或研究现状分析、研究意义和实践价值。（800字以内）</w:t>
      </w: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40" w:before="0" w:line="360" w:lineRule="auto"/>
      </w:pPr>
      <w:r>
        <w:rPr>
          <w:rFonts w:ascii="宋体" w:hAnsi="宋体" w:eastAsia="宋体"/>
          <w:b/>
          <w:sz w:val="22"/>
        </w:rPr>
        <w:t>（二）本课题的研究思路和方法、研究的基本内容和课题研究的创新之处。（限1000字）</w:t>
      </w: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40" w:before="0" w:line="360" w:lineRule="auto"/>
      </w:pPr>
      <w:r>
        <w:rPr>
          <w:rFonts w:ascii="宋体" w:hAnsi="宋体" w:eastAsia="宋体"/>
          <w:b/>
          <w:sz w:val="22"/>
        </w:rPr>
        <w:t>（三）课题的研究框架、进度计划和预期成果。（限800字）</w:t>
      </w: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before="200" w:after="120" w:line="336" w:lineRule="auto"/>
      </w:pPr>
      <w:r>
        <w:rPr>
          <w:rFonts w:ascii="黑体" w:hAnsi="黑体" w:eastAsia="黑体"/>
          <w:b/>
          <w:sz w:val="26"/>
        </w:rPr>
        <w:t>三、完成课题的条件和保证</w:t>
      </w:r>
    </w:p>
    <w:p>
      <w:pPr>
        <w:spacing w:after="40" w:before="0" w:line="360" w:lineRule="auto"/>
      </w:pPr>
      <w:r>
        <w:rPr>
          <w:rFonts w:ascii="宋体" w:hAnsi="宋体" w:eastAsia="宋体"/>
          <w:b/>
          <w:sz w:val="22"/>
        </w:rPr>
        <w:t>（一）前期研究基础。（限800字）</w:t>
      </w: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40" w:before="0" w:line="360" w:lineRule="auto"/>
      </w:pPr>
      <w:r>
        <w:rPr>
          <w:rFonts w:ascii="宋体" w:hAnsi="宋体" w:eastAsia="宋体"/>
          <w:b/>
          <w:sz w:val="22"/>
        </w:rPr>
        <w:t>（二）课题组主要成员曾完成哪些重要研究课题；科研成果的社会评价（引用、转载、获奖及被采纳情况）；完成本课题的研究的时间保证；资料设备等科研条件。（500字）</w:t>
      </w: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before="200" w:after="120" w:line="336" w:lineRule="auto"/>
      </w:pPr>
      <w:r>
        <w:rPr>
          <w:rFonts w:ascii="黑体" w:hAnsi="黑体" w:eastAsia="黑体"/>
          <w:b/>
          <w:sz w:val="26"/>
        </w:rPr>
        <w:t>四、各级部门意见</w:t>
      </w:r>
    </w:p>
    <w:p>
      <w:pPr>
        <w:spacing w:after="80" w:before="80" w:line="360" w:lineRule="auto"/>
      </w:pPr>
      <w:r>
        <w:rPr>
          <w:rFonts w:ascii="宋体" w:hAnsi="宋体" w:eastAsia="宋体"/>
          <w:b/>
          <w:sz w:val="22"/>
        </w:rPr>
        <w:t>（一）课题主持人所属学院（部门）意见</w:t>
      </w:r>
    </w:p>
    <w:p>
      <w:pPr>
        <w:spacing w:after="160" w:before="0" w:line="360" w:lineRule="auto"/>
      </w:pPr>
      <w:r>
        <w:rPr>
          <w:rFonts w:ascii="宋体" w:hAnsi="宋体" w:eastAsia="宋体"/>
          <w:b w:val="0"/>
          <w:sz w:val="22"/>
        </w:rPr>
        <w:t>单位负责人签名：　　　　　　公　章：　　　　　　年　　月　　日</w:t>
      </w:r>
    </w:p>
    <w:p>
      <w:pPr>
        <w:spacing w:after="80" w:before="80" w:line="360" w:lineRule="auto"/>
      </w:pPr>
      <w:r>
        <w:rPr>
          <w:rFonts w:ascii="宋体" w:hAnsi="宋体" w:eastAsia="宋体"/>
          <w:b/>
          <w:sz w:val="22"/>
        </w:rPr>
        <w:t>（二）评审意见</w:t>
      </w:r>
    </w:p>
    <w:p>
      <w:pPr>
        <w:spacing w:after="160" w:before="0" w:line="360" w:lineRule="auto"/>
      </w:pPr>
      <w:r>
        <w:rPr>
          <w:rFonts w:ascii="宋体" w:hAnsi="宋体" w:eastAsia="宋体"/>
          <w:b w:val="0"/>
          <w:sz w:val="22"/>
        </w:rPr>
        <w:t>签　章：　　　　　　年　　月　　日</w:t>
      </w:r>
    </w:p>
    <w:p>
      <w:pPr>
        <w:spacing w:after="80" w:before="80" w:line="360" w:lineRule="auto"/>
      </w:pPr>
      <w:r>
        <w:rPr>
          <w:rFonts w:ascii="宋体" w:hAnsi="宋体" w:eastAsia="宋体"/>
          <w:b/>
          <w:sz w:val="22"/>
        </w:rPr>
        <w:t>（三）学校审核意见</w:t>
      </w:r>
    </w:p>
    <w:p>
      <w:pPr>
        <w:spacing w:after="160" w:before="0" w:line="360" w:lineRule="auto"/>
      </w:pPr>
      <w:r>
        <w:rPr>
          <w:rFonts w:ascii="宋体" w:hAnsi="宋体" w:eastAsia="宋体"/>
          <w:b w:val="0"/>
          <w:sz w:val="22"/>
        </w:rPr>
        <w:t>公　章：　　　　　　年　　月　　日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